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יונה הנביא שברח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מהלך העלילה בארבעת פרקי ספר יונה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נביא ומה ייחודו של יונה לעומת נביאים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סיפור יונה לבין יום הכיפורים ורעיון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ללכת לנינוה ולהתנבא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לתרשיש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מתחילה סערה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משליכים אותו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בבטן הדג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הפעם היחידה שיונה מוזכר מחוץ לספרו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עמוס, להבדיל מיונה, לא יכול שלא לנבא - הוא מתואר כמי שחייב להתנבא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רעיון התשובה של אנשי נינוה מתקשר ישירות ליום הכיפורים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תרשיש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גורל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(נביא שבורח משליחותו)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(נביא תוכחה שלא יכול שלא לנבא)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(עיר גדולה שעושה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(צמח שמלמד על רחמים)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אלוהים מצווה על יונה ללכת לנינוה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יונה בורח באונייה לכיוון תרשיש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פורצת סערה גדולה 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המלחים משליכים את יונה לים והוא נבלע בדג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השליחות היא ללכת לנינוה ולהתנבא על חורבנה הקרב. יונה בורח כי הוא חושש שהעיר תעשה תשובה והאל ירחם עליה, דבר שיונה מתנגד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יונה כועס כי הוא חזה מראש שאלוהים ירחם, ולדעתו אנשי נינוה לא ראויים לרחמים - הוא מעדיף דין קשוח על פני חסד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יונה בורח לכיוון תרשיש במקום ללכת לנינוה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הם עושים תשובה ומשנים את דרכם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בגלל נושא התשובה והרחמים שמככבים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בקריאה קולית של קטעים קצרים מהפרקים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להשוות בכיתה בין יונה לעמוס כדי להעמיק את ההבנה של מושג הנבואה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פתוח על הסיום הפתוח של הספר לפני המעבר למשימת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יונה הנביא שברח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ספר יונה מספר על נביא שמקבל שליחות מאלוהים ובורח ממנה לכיוון ההפוך. נעקוב אחרי הסערה, המלחים, בטן הדג, נינוה והקיקיון, ונבין למה קוראים את הספר דווקא ביום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תרשיש  ·  דג  ·  גורל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אלוהים מבקש מיונה לעשות בתחילת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לבנות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ללכת לנינוה ולהתנבא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לברוח לתרשיש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לאן יונה מנסה לברוח?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לנינוה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לתרשיש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באונייה בזמן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מתחילה סערה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האונייה מגיעה מהר לתרשיש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יונה נרדם בשקט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המלחים עושים ליונה כדי להרגיע את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משליכים אותו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מחזירים אותו לחוף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נותנים לו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5. איפה יונה נמצא שלושה ימים ושלושה לילות?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בבית הסוהר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בבטן הדג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יונה בן אמיתי מוזכר גם בספר מלכים ב׳, כנביא שניבא הצלחה לישראל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עמוס הנביא ברח משליחותו בדיוק כמו יונה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ספר יונה נקרא ביום הכיפורים בגלל נושא התשובה שבו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יונה מנסה לברוח לכיוון __________ במקום ללכת לנינוה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המלחים מטילים __________ כדי לגלות מי אשם בסערה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יונה נמצא בבטן ה__________ שלושה ימים ושלושה לילות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עיר גדולה שעושה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עמוס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צמח שמלמד על רחמים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נינוה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נביא שבורח משליחותו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קיקיון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נביא תוכחה שלא יכול שלא לנבא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יונה בורח באונייה לכיוון תרשיש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פורצת סערה גדולה 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המלחים משליכים את יונה לים והוא נבלע בדג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אלוהים מצווה על יונה ללכת לנינוה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השליחות שיונה מקבל מאלוהים, ולמה הוא בורח ממנה לדעתכם?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יונה כועס כשנינוה ניצלת, למרות שזה דבר טוב?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יונה מנסה לעשות כשהוא מקבל את השליחות מאלוהים?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לאנשי נינוה אחרי שיונה מתנבא עליהם?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יונה הנביא שברח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