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יונה הנביא שברח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העלילה בארבעת פרקי ספר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נביא ומה ייחודו של יונה לעומת נביאים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 יונה לבין יום הכיפורים ורעיון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ללכת לנינוה ולהתנבא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מתחילה סערה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מטילים 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משליכים אותו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בבטן הדג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מתפלל לאלוהים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אנשי העיר עושים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כועס ומאוכזב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ב – נותן לו צל ואז קמל, ומלמד אותו לקח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הפעם היחידה שיונה מוזכר מחוץ לספרו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עמוס, להבדיל מיונה, לא יכול שלא לנבא - הוא מתואר כמי שחייב להתנבא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רעיון התשובה של אנשי נינוה מתקשר ישירות ליום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המידות מופיעות בספר שמות, ויונה רק מצטט אותן בכעס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 - יונה כועס ומאוכזב מהרחמים על 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הספר מסתיים בשאלה פתוחה של אלוהים ליונה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קיקיון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ירבעם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(נביא שבורח משליחותו)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(נביא תוכחה שלא יכול שלא לנבא)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(עיר גדולה שעושה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(צמח שמלמד על רחמים)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(החג בו קוראים את ספר יונה)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(תכונות רחמים שיונה מצטט בכעס)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אלוהים מצווה על יונה ללכת לנינוה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 בורח באונייה לכיוון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פורצת סערה גדולה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המלחים משליכים את יונה לים והוא נבלע בדג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יונה מתפלל בבטן הדג והדג פולט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אנשי נינוה שומעים את נבואת יונה ועושים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השליחות היא ללכת לנינוה ולהתנבא על חורבנה הקרב. יונה בורח כי הוא חושש שהעיר תעשה תשובה והאל ירחם עליה, דבר שיונה מתנגד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עמוס מתואר כנביא שלא יכול שלא לנבא, כמו אריה ששואג - הוא חייב להעביר את המסר. יונה לעומתו מנסה לברוח מהשליחות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יונה כועס כי הוא חזה מראש שאלוהים ירחם, ולדעתו אנשי נינוה לא ראויים לרחמים - הוא מעדיף דין קשוח על פני חסד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יונה בורח לכיוון תרשיש במקום ללכת לנינוה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הם עושים תשובה ומשנים את דרכם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בגלל נושא התשובה והרחמים שמככבים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קולית של קטעים קצרים מהפרקים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להשוות בכיתה בין יונה לעמוס כדי להעמיק את ההבנה של מושג הנבואה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פתוח על הסיום הפתוח של הספר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יונה הנביא שברח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ספר יונה מספר על נביא שמקבל שליחות מאלוהים ובורח ממנה לכיוון ההפוך. נעקוב אחרי הסערה, המלחים, בטן הדג, נינוה והקיקיון, ונבין למה קוראים את הספר דווקא ביום הכיפורים.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אלוהים מבקש מיונה לעשות בתחילת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לנינוה ולהתנבא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לדוג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יונה מנסה לברוח?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לנינוה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באונייה בזמן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מתחילה סערה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האונייה מגיעה מהר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יונה נרדם בשקט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המלחים שרים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המלחים מגלים שיונה אשם בסערה?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יונה מספר להם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מטילים גורל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רואים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 אומר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המלחים עושים ליונה כדי להרגיע את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משליכים אותו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מחזירים אותו לחוף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נותנים לו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אותו לבור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יונה נמצא שלושה ימים ושלושה לילות?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בבטן 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יונה עושה בבטן הדג?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מתפלל לאלוהים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בורח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קורה אחרי שיונה מתנבא בנינוה?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מקשיב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 העיר עושים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העיר נהרסת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כועס על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מרגיש יונה כשנינוה ניצלת?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 ומאוכזב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אדיש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גאה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תפקיד הקיקיון בסוף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מאכיל את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נותן לו צל ואז קמל, ומלמד אותו לקח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 עליו מהדג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גדל בבטן הדג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בן אמיתי מוזכר גם בספר מלכים ב׳, כנביא שניבא הצלחה לישראל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עמוס הנביא ברח משליחותו בדיוק כמו 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יונה נקרא ביום הכיפורים בגלל נושא התשובה שבו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עשרה מידות הרחמים מופיעות לראשונה בספר 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שמח מאוד כששומע שאלוהים יסלח לנינוה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מסתיים בתשובה ברורה וסגורה של יונה לאלוהים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יונה מנסה לברוח לכיוון __________ במקום ללכת לנינוה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המלחים מטילים __________ כדי לגלות מי אשם בסערה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יונה נמצא בבטן ה__________ שלושה ימים ושלושה 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 __________ עושים תשובה אחרי נבואת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נותן ליונה צל ואז קמל פתאום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יונה מוזכר גם בימי המלך __________ השני בספר מלכים ב׳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נביא תוכחה שלא יכול שלא לנבא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צמח שמלמד על רחמים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נינוה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החג בו קוראים את ספר 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קיקיון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תכונות רחמים שיונה מצטט בכעס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עיר גדולה שעושה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שלוש עשרה מידות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נביא שבורח משליחותו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מתפלל בבטן הדג והדג פולט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פורצת סערה גדולה 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אלוהים מצווה על יונה ללכת לנינוה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נינוה שומעים את נבואת יונה ועושים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המלחים משליכים את יונה לים והוא נבלע בדג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בורח באונייה לכיוון תרשיש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השליחות שיונה מקבל מאלוהים, ולמה הוא בורח ממנה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יונה לעמוס כפי שהם מתוארים בשני הספרים?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יונה כועס כשנינוה ניצלת, למרות שזה דבר טוב?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יונה מנסה לעשות כשהוא מקבל את השליחות מאלוהים?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לאנשי נינוה אחרי שיונה מתנבא עליהם?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לדעתכם קוראים את ספר יונה ביום הכיפורים?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יונה הנביא שברח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